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80"/>
      </w:pPr>
      <w:r>
        <w:rPr>
          <w:b w:val="0"/>
          <w:i/>
          <w:color w:val="5E6E75"/>
          <w:sz w:val="17"/>
        </w:rPr>
        <w:t>Vorlage der Groups AG · skilager.swiss · Platzhalter in eckigen Klammern ersetzen. Brief 1 geht sechs bis neun Monate vor dem Lager raus.</w:t>
      </w:r>
    </w:p>
    <w:p>
      <w:pPr>
        <w:spacing w:after="320"/>
      </w:pPr>
      <w:r>
        <w:rPr>
          <w:b w:val="0"/>
          <w:i w:val="0"/>
          <w:color w:val="18242A"/>
          <w:sz w:val="20"/>
        </w:rPr>
        <w:t>[Schule / Verein]</w:t>
        <w:br/>
        <w:t>[Adresse]</w:t>
        <w:br/>
        <w:t>[PLZ Ort]</w:t>
      </w:r>
    </w:p>
    <w:p>
      <w:pPr>
        <w:spacing w:after="320"/>
      </w:pPr>
      <w:r>
        <w:rPr>
          <w:b w:val="0"/>
          <w:i w:val="0"/>
          <w:color w:val="18242A"/>
          <w:sz w:val="20"/>
        </w:rPr>
        <w:t>[Ort], [Datum]</w:t>
      </w:r>
    </w:p>
    <w:p>
      <w:pPr>
        <w:spacing w:after="200"/>
      </w:pPr>
      <w:r>
        <w:rPr>
          <w:b/>
          <w:i w:val="0"/>
          <w:color w:val="18242A"/>
          <w:sz w:val="30"/>
        </w:rPr>
        <w:t>Skilager [Klasse] vom [Datum] bis [Datum] in [Ort]</w:t>
      </w:r>
    </w:p>
    <w:p>
      <w:pPr>
        <w:spacing w:after="160"/>
      </w:pPr>
      <w:r>
        <w:rPr>
          <w:b w:val="0"/>
          <w:i w:val="0"/>
          <w:color w:val="18242A"/>
          <w:sz w:val="22"/>
        </w:rPr>
        <w:t>Liebe Eltern</w:t>
      </w:r>
    </w:p>
    <w:p>
      <w:pPr>
        <w:spacing w:after="160"/>
      </w:pPr>
      <w:r>
        <w:rPr>
          <w:b w:val="0"/>
          <w:i w:val="0"/>
          <w:color w:val="18242A"/>
          <w:sz w:val="22"/>
        </w:rPr>
        <w:t>Die Klasse [Klasse] verbringt vom [Datum] bis zum [Datum] eine Woche in [Ort]. Wir wohnen im [Name des Hauses] und fahren an [Anzahl] Tagen Ski. Für Kinder ohne Skierfahrung ist gesorgt: [Angebot für Anfänger].</w:t>
      </w:r>
    </w:p>
    <w:p>
      <w:pPr>
        <w:spacing w:after="160"/>
      </w:pPr>
      <w:r>
        <w:rPr>
          <w:b w:val="0"/>
          <w:i w:val="0"/>
          <w:color w:val="18242A"/>
          <w:sz w:val="22"/>
        </w:rPr>
        <w:t>Das Lager kostet pro Kind voraussichtlich CHF [Betrag].–. Darin enthalten sind Unterkunft, Verpflegung, Anreise, Skipass und Mietmaterial. Die genaue Abrechnung folgt nach dem Lager. [Falls zutreffend: Die Schulgemeinde übernimmt CHF [Betrag].– pro Kind.]</w:t>
      </w:r>
    </w:p>
    <w:p>
      <w:pPr>
        <w:spacing w:after="160"/>
      </w:pPr>
      <w:r>
        <w:rPr>
          <w:b w:val="0"/>
          <w:i w:val="0"/>
          <w:color w:val="18242A"/>
          <w:sz w:val="22"/>
        </w:rPr>
        <w:t>Wenn der Betrag für Ihre Familie eine Schwierigkeit darstellt, melden Sie sich bitte bei mir. Es gibt eine Lösung, und sie bleibt unter uns.</w:t>
      </w:r>
    </w:p>
    <w:p>
      <w:pPr>
        <w:spacing w:after="160"/>
      </w:pPr>
      <w:r>
        <w:rPr>
          <w:b w:val="0"/>
          <w:i w:val="0"/>
          <w:color w:val="18242A"/>
          <w:sz w:val="22"/>
        </w:rPr>
        <w:t>Bitte geben Sie den unteren Abschnitt bis zum [Datum] unterschrieben zurück. Alles Weitere — Packliste, Treffpunkt, Erreichbarkeit — folgt zwei Wochen vor der Abreise.</w:t>
      </w:r>
    </w:p>
    <w:p>
      <w:pPr>
        <w:spacing w:after="480"/>
      </w:pPr>
      <w:r>
        <w:rPr>
          <w:b w:val="0"/>
          <w:i w:val="0"/>
          <w:color w:val="18242A"/>
          <w:sz w:val="22"/>
        </w:rPr>
        <w:t>Freundliche Grüsse</w:t>
      </w:r>
    </w:p>
    <w:p>
      <w:pPr>
        <w:spacing w:after="400"/>
      </w:pPr>
      <w:r>
        <w:rPr>
          <w:b w:val="0"/>
          <w:i w:val="0"/>
          <w:color w:val="18242A"/>
          <w:sz w:val="20"/>
        </w:rPr>
        <w:t>[Name]</w:t>
        <w:br/>
        <w:t>[Funktion] · [Telefon] · [E-Mail]</w:t>
      </w:r>
    </w:p>
    <w:p>
      <w:pPr>
        <w:spacing w:after="240"/>
      </w:pPr>
      <w:r>
        <w:rPr>
          <w:b w:val="0"/>
          <w:i w:val="0"/>
          <w:color w:val="5E6E75"/>
          <w:sz w:val="20"/>
        </w:rPr>
        <w:t xml:space="preserve">— — — — — — — — — — — — — — — — — — — — — — — — — — — — — — — — — — — </w:t>
      </w:r>
    </w:p>
    <w:p>
      <w:pPr>
        <w:spacing w:after="200"/>
      </w:pPr>
      <w:r>
        <w:rPr>
          <w:b/>
          <w:i w:val="0"/>
          <w:color w:val="18242A"/>
          <w:sz w:val="24"/>
        </w:rPr>
        <w:t>Anmeldung Skilager [Klasse]</w:t>
      </w:r>
    </w:p>
    <w:p>
      <w:pPr>
        <w:spacing w:after="120"/>
      </w:pPr>
      <w:r>
        <w:rPr>
          <w:b w:val="0"/>
          <w:i w:val="0"/>
          <w:color w:val="18242A"/>
          <w:sz w:val="22"/>
        </w:rPr>
        <w:t>Name des Kindes: ______________________________________</w:t>
      </w:r>
    </w:p>
    <w:p>
      <w:pPr>
        <w:spacing w:after="200"/>
      </w:pPr>
      <w:r>
        <w:rPr>
          <w:b w:val="0"/>
          <w:i w:val="0"/>
          <w:color w:val="18242A"/>
          <w:sz w:val="22"/>
        </w:rPr>
        <w:t>☐  nimmt teil            ☐  nimmt nicht teil</w:t>
      </w:r>
    </w:p>
    <w:p>
      <w:pPr>
        <w:spacing w:after="80"/>
      </w:pPr>
      <w:r>
        <w:rPr>
          <w:b w:val="0"/>
          <w:i w:val="0"/>
          <w:color w:val="18242A"/>
          <w:sz w:val="22"/>
        </w:rPr>
        <w:t>Besonderes (Allergien, Medikamente, Ernährung):</w:t>
      </w:r>
    </w:p>
    <w:p>
      <w:pPr>
        <w:spacing w:after="80"/>
      </w:pPr>
      <w:r>
        <w:rPr>
          <w:b w:val="0"/>
          <w:i w:val="0"/>
          <w:color w:val="5E6E75"/>
          <w:sz w:val="22"/>
        </w:rPr>
        <w:t>______________________________________________________________________</w:t>
      </w:r>
    </w:p>
    <w:p>
      <w:pPr>
        <w:spacing w:after="80"/>
      </w:pPr>
      <w:r>
        <w:rPr>
          <w:b w:val="0"/>
          <w:i w:val="0"/>
          <w:color w:val="5E6E75"/>
          <w:sz w:val="22"/>
        </w:rPr>
        <w:t>______________________________________________________________________</w:t>
      </w:r>
    </w:p>
    <w:p>
      <w:pPr>
        <w:spacing w:after="280"/>
      </w:pPr>
      <w:r>
        <w:rPr>
          <w:b w:val="0"/>
          <w:i w:val="0"/>
          <w:color w:val="18242A"/>
          <w:sz w:val="22"/>
        </w:rPr>
        <w:t>Erreichbarkeit während des Lagers (Telefon): ________________________</w:t>
      </w:r>
    </w:p>
    <w:p>
      <w:pPr>
        <w:spacing w:after="120"/>
      </w:pPr>
      <w:r>
        <w:rPr>
          <w:b w:val="0"/>
          <w:i w:val="0"/>
          <w:color w:val="18242A"/>
          <w:sz w:val="22"/>
        </w:rPr>
        <w:t>Ort und Datum: ____________________        Unterschrift: ______________________</w:t>
      </w:r>
    </w:p>
    <w:p>
      <w:r>
        <w:br w:type="page"/>
      </w:r>
    </w:p>
    <w:p>
      <w:pPr>
        <w:spacing w:after="280"/>
      </w:pPr>
      <w:r>
        <w:rPr>
          <w:b w:val="0"/>
          <w:i/>
          <w:color w:val="5E6E75"/>
          <w:sz w:val="17"/>
        </w:rPr>
        <w:t>Brief 2 geht zwei bis drei Wochen vor dem Lager raus, mit der Packliste als Anhang.</w:t>
      </w:r>
    </w:p>
    <w:p>
      <w:pPr>
        <w:spacing w:after="320"/>
      </w:pPr>
      <w:r>
        <w:rPr>
          <w:b w:val="0"/>
          <w:i w:val="0"/>
          <w:color w:val="18242A"/>
          <w:sz w:val="20"/>
        </w:rPr>
        <w:t>[Schule / Verein]</w:t>
        <w:br/>
        <w:t>[Adresse]</w:t>
        <w:br/>
        <w:t>[PLZ Ort]</w:t>
      </w:r>
    </w:p>
    <w:p>
      <w:pPr>
        <w:spacing w:after="320"/>
      </w:pPr>
      <w:r>
        <w:rPr>
          <w:b w:val="0"/>
          <w:i w:val="0"/>
          <w:color w:val="18242A"/>
          <w:sz w:val="20"/>
        </w:rPr>
        <w:t>[Ort], [Datum]</w:t>
      </w:r>
    </w:p>
    <w:p>
      <w:pPr>
        <w:spacing w:after="200"/>
      </w:pPr>
      <w:r>
        <w:rPr>
          <w:b/>
          <w:i w:val="0"/>
          <w:color w:val="18242A"/>
          <w:sz w:val="30"/>
        </w:rPr>
        <w:t>Skilager [Klasse]: Treffpunkt, Packliste und Erreichbarkeit</w:t>
      </w:r>
    </w:p>
    <w:p>
      <w:pPr>
        <w:spacing w:after="160"/>
      </w:pPr>
      <w:r>
        <w:rPr>
          <w:b w:val="0"/>
          <w:i w:val="0"/>
          <w:color w:val="18242A"/>
          <w:sz w:val="22"/>
        </w:rPr>
        <w:t>Liebe Eltern</w:t>
      </w:r>
    </w:p>
    <w:p>
      <w:pPr>
        <w:spacing w:after="160"/>
      </w:pPr>
      <w:r>
        <w:rPr>
          <w:b w:val="0"/>
          <w:i w:val="0"/>
          <w:color w:val="18242A"/>
          <w:sz w:val="22"/>
        </w:rPr>
        <w:t>Das Skilager steht bevor. Hier die Angaben, die Sie für die letzten Tage brauchen.</w:t>
      </w:r>
    </w:p>
    <w:p>
      <w:pPr>
        <w:spacing w:after="80"/>
      </w:pPr>
      <w:r>
        <w:rPr>
          <w:b/>
          <w:i w:val="0"/>
          <w:color w:val="18242A"/>
          <w:sz w:val="22"/>
        </w:rPr>
        <w:t>Hinreise</w:t>
      </w:r>
    </w:p>
    <w:p>
      <w:pPr>
        <w:spacing w:after="200"/>
      </w:pPr>
      <w:r>
        <w:rPr>
          <w:b w:val="0"/>
          <w:i w:val="0"/>
          <w:color w:val="18242A"/>
          <w:sz w:val="22"/>
        </w:rPr>
        <w:t>Treffpunkt [Ort], [Datum], [Uhrzeit]. Wir fahren um [Uhrzeit] ab. Bitte seien Sie fünfzehn Minuten früher da — wir laden gemeinsam.</w:t>
      </w:r>
    </w:p>
    <w:p>
      <w:pPr>
        <w:spacing w:after="80"/>
      </w:pPr>
      <w:r>
        <w:rPr>
          <w:b/>
          <w:i w:val="0"/>
          <w:color w:val="18242A"/>
          <w:sz w:val="22"/>
        </w:rPr>
        <w:t>Rückreise</w:t>
      </w:r>
    </w:p>
    <w:p>
      <w:pPr>
        <w:spacing w:after="200"/>
      </w:pPr>
      <w:r>
        <w:rPr>
          <w:b w:val="0"/>
          <w:i w:val="0"/>
          <w:color w:val="18242A"/>
          <w:sz w:val="22"/>
        </w:rPr>
        <w:t>Ankunft [Ort] am [Datum] gegen [Uhrzeit]. Verzögerungen melden wir über [Kanal].</w:t>
      </w:r>
    </w:p>
    <w:p>
      <w:pPr>
        <w:spacing w:after="80"/>
      </w:pPr>
      <w:r>
        <w:rPr>
          <w:b/>
          <w:i w:val="0"/>
          <w:color w:val="18242A"/>
          <w:sz w:val="22"/>
        </w:rPr>
        <w:t>Unterkunft</w:t>
      </w:r>
    </w:p>
    <w:p>
      <w:pPr>
        <w:spacing w:after="200"/>
      </w:pPr>
      <w:r>
        <w:rPr>
          <w:b w:val="0"/>
          <w:i w:val="0"/>
          <w:color w:val="18242A"/>
          <w:sz w:val="22"/>
        </w:rPr>
        <w:t>[Name des Hauses], [Adresse], [PLZ Ort]. Telefon [Nummer].</w:t>
      </w:r>
    </w:p>
    <w:p>
      <w:pPr>
        <w:spacing w:after="80"/>
      </w:pPr>
      <w:r>
        <w:rPr>
          <w:b/>
          <w:i w:val="0"/>
          <w:color w:val="18242A"/>
          <w:sz w:val="22"/>
        </w:rPr>
        <w:t>Erreichbarkeit</w:t>
      </w:r>
    </w:p>
    <w:p>
      <w:pPr>
        <w:spacing w:after="200"/>
      </w:pPr>
      <w:r>
        <w:rPr>
          <w:b w:val="0"/>
          <w:i w:val="0"/>
          <w:color w:val="18242A"/>
          <w:sz w:val="22"/>
        </w:rPr>
        <w:t>Die Lagerleitung ist unter [Telefon] erreichbar. Zwischen 22 und 7 Uhr bitte nur in Notfällen. Umgang mit Mobiltelefonen: [Regelung].</w:t>
      </w:r>
    </w:p>
    <w:p>
      <w:pPr>
        <w:spacing w:after="80"/>
      </w:pPr>
      <w:r>
        <w:rPr>
          <w:b/>
          <w:i w:val="0"/>
          <w:color w:val="18242A"/>
          <w:sz w:val="22"/>
        </w:rPr>
        <w:t>Gepäck</w:t>
      </w:r>
    </w:p>
    <w:p>
      <w:pPr>
        <w:spacing w:after="200"/>
      </w:pPr>
      <w:r>
        <w:rPr>
          <w:b w:val="0"/>
          <w:i w:val="0"/>
          <w:color w:val="18242A"/>
          <w:sz w:val="22"/>
        </w:rPr>
        <w:t>Die Packliste liegt bei. Bitte beschriften Sie alles, auch Handschuhe und Skistöcke. [Falls zutreffend: Material und Gepäck werden am [Datum] um [Uhrzeit] bei [Ort] abgegeben.]</w:t>
      </w:r>
    </w:p>
    <w:p>
      <w:pPr>
        <w:spacing w:after="160"/>
      </w:pPr>
      <w:r>
        <w:rPr>
          <w:b w:val="0"/>
          <w:i w:val="0"/>
          <w:color w:val="18242A"/>
          <w:sz w:val="22"/>
        </w:rPr>
        <w:t>Bitte bringen Sie am Abfahrtstag die Versichertenkarte und allfällige Medikamente in der Originalverpackung mit, samt schriftlicher Anweisung.</w:t>
      </w:r>
    </w:p>
    <w:p>
      <w:pPr>
        <w:spacing w:after="480"/>
      </w:pPr>
      <w:r>
        <w:rPr>
          <w:b w:val="0"/>
          <w:i w:val="0"/>
          <w:color w:val="18242A"/>
          <w:sz w:val="22"/>
        </w:rPr>
        <w:t>Freundliche Grüsse</w:t>
      </w:r>
    </w:p>
    <w:p>
      <w:pPr>
        <w:spacing w:after="320"/>
      </w:pPr>
      <w:r>
        <w:rPr>
          <w:b w:val="0"/>
          <w:i w:val="0"/>
          <w:color w:val="18242A"/>
          <w:sz w:val="20"/>
        </w:rPr>
        <w:t>[Name]</w:t>
        <w:br/>
        <w:t>[Funktion] · [Telefon] · [E-Mail]</w:t>
      </w:r>
    </w:p>
    <w:p>
      <w:pPr>
        <w:spacing w:after="280"/>
      </w:pPr>
      <w:r>
        <w:rPr>
          <w:b w:val="0"/>
          <w:i/>
          <w:color w:val="5E6E75"/>
          <w:sz w:val="17"/>
        </w:rPr>
        <w:t>Groups AG, Allmendlistrasse 9b, 5507 Mellingen · contact@groupstravel.com · skilager.swiss</w:t>
      </w:r>
    </w:p>
    <w:sectPr w:rsidR="00FC693F" w:rsidRPr="0006063C" w:rsidSect="00034616">
      <w:pgSz w:w="12240" w:h="15840"/>
      <w:pgMar w:top="124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60"/>
    </w:pPr>
    <w:rPr>
      <w:rFonts w:ascii="Calibri" w:hAnsi="Calibri"/>
      <w:color w:val="18242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Elternbrief Skilager</dc:title>
  <dc:subject/>
  <dc:creator>Groups AG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